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stylesWithEffects.xml" ContentType="application/vnd.ms-word.stylesWithEffect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pPr>
        <w:pStyle w:val="Title"/>
      </w:pPr>
      <w:r>
        <w:t>Student Club &amp; Organization Advisor Acknowledgment Form</w:t>
      </w:r>
    </w:p>
    <w:p>
      <w:r>
        <w:t>Academic Year: ____________</w:t>
      </w:r>
    </w:p>
    <w:p>
      <w:r>
        <w:br/>
        <w:t>Club/Organization Name: ____________________________________________</w:t>
      </w:r>
    </w:p>
    <w:p>
      <w:r>
        <w:t>Advisor Name: ______________________________________________________</w:t>
      </w:r>
    </w:p>
    <w:p>
      <w:r>
        <w:t>Advisor Email: ______________________________________________________</w:t>
      </w:r>
    </w:p>
    <w:p>
      <w:pPr>
        <w:pStyle w:val="Heading2"/>
      </w:pPr>
      <w:r>
        <w:t>1. Student-Led Structure</w:t>
      </w:r>
    </w:p>
    <w:p>
      <w:r>
        <w:t>I understand that this organization is student-led, and the primary responsibility for leadership, decision-making, and day-to-day operations rests with the student members. My role as an advisor is to provide support, mentorship, and general oversight without assuming control or direction of the organization.</w:t>
      </w:r>
    </w:p>
    <w:p>
      <w:pPr>
        <w:pStyle w:val="Heading2"/>
      </w:pPr>
      <w:r>
        <w:t>2. Approval and Administrative Processes</w:t>
      </w:r>
    </w:p>
    <w:p>
      <w:r>
        <w:t>I acknowledge that all requests requiring institutional approval—such as promotional materials (e.g., flyers), budget or funding proposals, and event planning forms—must be submitted directly by the student leaders to the designated staff member or office responsible. Advisors are not authorized to submit or approve these items on behalf of students.</w:t>
      </w:r>
    </w:p>
    <w:p>
      <w:pPr>
        <w:pStyle w:val="Heading2"/>
      </w:pPr>
      <w:r>
        <w:t>3. Advisory Role and Expectations</w:t>
      </w:r>
    </w:p>
    <w:p>
      <w:r>
        <w:t>As an advisor, I agree to:</w:t>
        <w:br/>
        <w:t>- Serve as a supportive and accessible resource to the student organization;</w:t>
        <w:br/>
        <w:t>- Help ensure that the organization operates in accordance with institutional policies;</w:t>
        <w:br/>
        <w:t>- Provide guidance to student leaders as needed;</w:t>
        <w:br/>
        <w:t>- Be available for consultation and event support, when appropriate;</w:t>
        <w:br/>
        <w:t>- Promote a positive and inclusive environment within the organization.</w:t>
      </w:r>
    </w:p>
    <w:p>
      <w:pPr>
        <w:pStyle w:val="Heading2"/>
      </w:pPr>
      <w:r>
        <w:t>4. Communication Protocol</w:t>
      </w:r>
    </w:p>
    <w:p>
      <w:r>
        <w:t>I understand that students are expected to take initiative in communicating their needs and submitting requests. I will encourage them to maintain direct communication with the appropriate campus offices and refrain from acting as an intermediary unless specifically requested by the institution.</w:t>
      </w:r>
    </w:p>
    <w:p>
      <w:r>
        <w:br/>
        <w:t>Advisor Signature: ___________________________</w:t>
      </w:r>
    </w:p>
    <w:p>
      <w:r>
        <w:t>Date: ___________________</w:t>
      </w:r>
    </w:p>
    <w:p>
      <w:r>
        <w:br/>
        <w:t>Student Organization President (Printed Name): ___________________________</w:t>
      </w:r>
    </w:p>
    <w:p>
      <w:r>
        <w:t>President Signature: ___________________________</w:t>
      </w:r>
    </w:p>
    <w:p>
      <w:r>
        <w:t>Date: ___________________</w:t>
      </w:r>
    </w:p>
    <w:sectPr w:rsidR="00FC693F" w:rsidRPr="0006063C" w:rsidSect="00034616">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FF" w:usb1="C0007841" w:usb2="00000009" w:usb3="00000000" w:csb0="000001FF" w:csb1="00000000"/>
  </w:font>
  <w:font w:name="Cambria">
    <w:panose1 w:val="02040503050406030204"/>
    <w:charset w:val="00"/>
    <w:family w:val="auto"/>
    <w:pitch w:val="variable"/>
    <w:sig w:usb0="E00002FF" w:usb1="400004FF" w:usb2="00000000" w:usb3="00000000" w:csb0="0000019F" w:csb1="00000000"/>
  </w:font>
  <w:font w:name="ＭＳ 明朝">
    <w:panose1 w:val="00000000000000000000"/>
    <w:charset w:val="80"/>
    <w:family w:val="roman"/>
    <w:notTrueType/>
    <w:pitch w:val="fixed"/>
    <w:sig w:usb0="00000001" w:usb1="08070000" w:usb2="00000010" w:usb3="00000000" w:csb0="00020000" w:csb1="00000000"/>
  </w:font>
  <w:font w:name="Calibri">
    <w:panose1 w:val="020F0502020204030204"/>
    <w:charset w:val="00"/>
    <w:family w:val="auto"/>
    <w:pitch w:val="variable"/>
    <w:sig w:usb0="E10002FF" w:usb1="4000ACFF" w:usb2="00000009" w:usb3="00000000" w:csb0="0000019F" w:csb1="00000000"/>
  </w:font>
  <w:font w:name="ＭＳ ゴシック">
    <w:panose1 w:val="00000000000000000000"/>
    <w:charset w:val="80"/>
    <w:family w:val="modern"/>
    <w:notTrueType/>
    <w:pitch w:val="fixed"/>
    <w:sig w:usb0="00000001" w:usb1="08070000" w:usb2="00000010" w:usb3="00000000" w:csb0="00020000" w:csb1="00000000"/>
  </w:font>
  <w:font w:name="Courier">
    <w:panose1 w:val="02000500000000000000"/>
    <w:charset w:val="00"/>
    <w:family w:val="auto"/>
    <w:pitch w:val="variable"/>
    <w:sig w:usb0="00000003" w:usb1="00000000" w:usb2="00000000" w:usb3="00000000" w:csb0="00000001" w:csb1="00000000"/>
  </w:font>
  <w:font w:name="Arial">
    <w:panose1 w:val="020B0604020202020204"/>
    <w:charset w:val="00"/>
    <w:family w:val="auto"/>
    <w:pitch w:val="variable"/>
    <w:sig w:usb0="E0002AFF" w:usb1="C0007843" w:usb2="00000009" w:usb3="00000000" w:csb0="000001F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C310EC42"/>
    <w:lvl w:ilvl="0">
      <w:start w:val="1"/>
      <w:numFmt w:val="decimal"/>
      <w:lvlText w:val="%1."/>
      <w:lvlJc w:val="left"/>
      <w:pPr>
        <w:tabs>
          <w:tab w:val="num" w:pos="1800"/>
        </w:tabs>
        <w:ind w:left="1800" w:hanging="360"/>
      </w:pPr>
    </w:lvl>
  </w:abstractNum>
  <w:abstractNum w:abstractNumId="1">
    <w:nsid w:val="FFFFFF7D"/>
    <w:multiLevelType w:val="singleLevel"/>
    <w:tmpl w:val="E4089024"/>
    <w:lvl w:ilvl="0">
      <w:start w:val="1"/>
      <w:numFmt w:val="decimal"/>
      <w:lvlText w:val="%1."/>
      <w:lvlJc w:val="left"/>
      <w:pPr>
        <w:tabs>
          <w:tab w:val="num" w:pos="1440"/>
        </w:tabs>
        <w:ind w:left="1440" w:hanging="360"/>
      </w:pPr>
    </w:lvl>
  </w:abstractNum>
  <w:abstractNum w:abstractNumId="2">
    <w:nsid w:val="FFFFFF7E"/>
    <w:multiLevelType w:val="singleLevel"/>
    <w:tmpl w:val="FB12693A"/>
    <w:lvl w:ilvl="0">
      <w:start w:val="1"/>
      <w:numFmt w:val="decimal"/>
      <w:pStyle w:val="ListNumber3"/>
      <w:lvlText w:val="%1."/>
      <w:lvlJc w:val="left"/>
      <w:pPr>
        <w:tabs>
          <w:tab w:val="num" w:pos="1080"/>
        </w:tabs>
        <w:ind w:left="1080" w:hanging="360"/>
      </w:pPr>
    </w:lvl>
  </w:abstractNum>
  <w:abstractNum w:abstractNumId="3">
    <w:nsid w:val="FFFFFF7F"/>
    <w:multiLevelType w:val="singleLevel"/>
    <w:tmpl w:val="38441652"/>
    <w:lvl w:ilvl="0">
      <w:start w:val="1"/>
      <w:numFmt w:val="decimal"/>
      <w:pStyle w:val="ListNumber2"/>
      <w:lvlText w:val="%1."/>
      <w:lvlJc w:val="left"/>
      <w:pPr>
        <w:tabs>
          <w:tab w:val="num" w:pos="720"/>
        </w:tabs>
        <w:ind w:left="720" w:hanging="360"/>
      </w:pPr>
    </w:lvl>
  </w:abstractNum>
  <w:abstractNum w:abstractNumId="4">
    <w:nsid w:val="FFFFFF81"/>
    <w:multiLevelType w:val="singleLevel"/>
    <w:tmpl w:val="171AC3A4"/>
    <w:lvl w:ilvl="0">
      <w:start w:val="1"/>
      <w:numFmt w:val="bullet"/>
      <w:lvlText w:val=""/>
      <w:lvlJc w:val="left"/>
      <w:pPr>
        <w:tabs>
          <w:tab w:val="num" w:pos="1440"/>
        </w:tabs>
        <w:ind w:left="1440" w:hanging="360"/>
      </w:pPr>
      <w:rPr>
        <w:rFonts w:ascii="Symbol" w:hAnsi="Symbol" w:hint="default"/>
      </w:rPr>
    </w:lvl>
  </w:abstractNum>
  <w:abstractNum w:abstractNumId="5">
    <w:nsid w:val="FFFFFF82"/>
    <w:multiLevelType w:val="singleLevel"/>
    <w:tmpl w:val="F3EAFDEC"/>
    <w:lvl w:ilvl="0">
      <w:start w:val="1"/>
      <w:numFmt w:val="bullet"/>
      <w:pStyle w:val="ListBullet3"/>
      <w:lvlText w:val=""/>
      <w:lvlJc w:val="left"/>
      <w:pPr>
        <w:tabs>
          <w:tab w:val="num" w:pos="1080"/>
        </w:tabs>
        <w:ind w:left="1080" w:hanging="360"/>
      </w:pPr>
      <w:rPr>
        <w:rFonts w:ascii="Symbol" w:hAnsi="Symbol" w:hint="default"/>
      </w:rPr>
    </w:lvl>
  </w:abstractNum>
  <w:abstractNum w:abstractNumId="6">
    <w:nsid w:val="FFFFFF83"/>
    <w:multiLevelType w:val="singleLevel"/>
    <w:tmpl w:val="3D1EFFD4"/>
    <w:lvl w:ilvl="0">
      <w:start w:val="1"/>
      <w:numFmt w:val="bullet"/>
      <w:pStyle w:val="ListBullet2"/>
      <w:lvlText w:val=""/>
      <w:lvlJc w:val="left"/>
      <w:pPr>
        <w:tabs>
          <w:tab w:val="num" w:pos="720"/>
        </w:tabs>
        <w:ind w:left="720" w:hanging="360"/>
      </w:pPr>
      <w:rPr>
        <w:rFonts w:ascii="Symbol" w:hAnsi="Symbol" w:hint="default"/>
      </w:rPr>
    </w:lvl>
  </w:abstractNum>
  <w:abstractNum w:abstractNumId="7">
    <w:nsid w:val="FFFFFF88"/>
    <w:multiLevelType w:val="singleLevel"/>
    <w:tmpl w:val="D0A62B40"/>
    <w:lvl w:ilvl="0">
      <w:start w:val="1"/>
      <w:numFmt w:val="decimal"/>
      <w:pStyle w:val="ListNumber"/>
      <w:lvlText w:val="%1."/>
      <w:lvlJc w:val="left"/>
      <w:pPr>
        <w:tabs>
          <w:tab w:val="num" w:pos="360"/>
        </w:tabs>
        <w:ind w:left="360" w:hanging="360"/>
      </w:pPr>
    </w:lvl>
  </w:abstractNum>
  <w:abstractNum w:abstractNumId="8">
    <w:nsid w:val="FFFFFF89"/>
    <w:multiLevelType w:val="singleLevel"/>
    <w:tmpl w:val="29761A62"/>
    <w:lvl w:ilvl="0">
      <w:start w:val="1"/>
      <w:numFmt w:val="bullet"/>
      <w:pStyle w:val="ListBullet"/>
      <w:lvlText w:val=""/>
      <w:lvlJc w:val="left"/>
      <w:pPr>
        <w:tabs>
          <w:tab w:val="num" w:pos="360"/>
        </w:tabs>
        <w:ind w:left="360" w:hanging="360"/>
      </w:pPr>
      <w:rPr>
        <w:rFonts w:ascii="Symbol" w:hAnsi="Symbol" w:hint="default"/>
      </w:rPr>
    </w:lvl>
  </w:abstractNum>
  <w:num w:numId="1">
    <w:abstractNumId w:val="8"/>
  </w:num>
  <w:num w:numId="2">
    <w:abstractNumId w:val="6"/>
  </w:num>
  <w:num w:numId="3">
    <w:abstractNumId w:val="5"/>
  </w:num>
  <w:num w:numId="4">
    <w:abstractNumId w:val="4"/>
  </w:num>
  <w:num w:numId="5">
    <w:abstractNumId w:val="7"/>
  </w:num>
  <w:num w:numId="6">
    <w:abstractNumId w:val="3"/>
  </w:num>
  <w:num w:numId="7">
    <w:abstractNumId w:val="2"/>
  </w:num>
  <w:num w:numId="8">
    <w:abstractNumId w:val="1"/>
  </w:num>
  <w:num w:numId="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roofState w:spelling="clean" w:grammar="clean"/>
  <w:defaultTabStop w:val="720"/>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47730"/>
    <w:rsid w:val="00034616"/>
    <w:rsid w:val="0006063C"/>
    <w:rsid w:val="0015074B"/>
    <w:rsid w:val="0029639D"/>
    <w:rsid w:val="00326F90"/>
    <w:rsid w:val="00AA1D8D"/>
    <w:rsid w:val="00B47730"/>
    <w:rsid w:val="00CB0664"/>
    <w:rsid w:val="00FC693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24062061"/>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er">
    <w:name w:val="header"/>
    <w:basedOn w:val="Normal"/>
    <w:link w:val="HeaderChar"/>
    <w:uiPriority w:val="99"/>
    <w:unhideWhenUsed/>
    <w:rsid w:val="00E618BF"/>
    <w:pPr>
      <w:tabs>
        <w:tab w:val="center" w:pos="4680"/>
        <w:tab w:val="right" w:pos="9360"/>
      </w:tabs>
      <w:spacing w:after="0" w:line="240" w:lineRule="auto"/>
    </w:pPr>
  </w:style>
  <w:style w:type="character" w:customStyle="1" w:styleId="HeaderChar">
    <w:name w:val="Header Char"/>
    <w:basedOn w:val="DefaultParagraphFont"/>
    <w:link w:val="Header"/>
    <w:uiPriority w:val="99"/>
    <w:rsid w:val="00E618BF"/>
  </w:style>
  <w:style w:type="paragraph" w:styleId="Footer">
    <w:name w:val="footer"/>
    <w:basedOn w:val="Normal"/>
    <w:link w:val="FooterChar"/>
    <w:uiPriority w:val="99"/>
    <w:unhideWhenUsed/>
    <w:rsid w:val="00E618BF"/>
    <w:pPr>
      <w:tabs>
        <w:tab w:val="center" w:pos="4680"/>
        <w:tab w:val="right" w:pos="9360"/>
      </w:tabs>
      <w:spacing w:after="0" w:line="240" w:lineRule="auto"/>
    </w:pPr>
  </w:style>
  <w:style w:type="character" w:customStyle="1" w:styleId="FooterChar">
    <w:name w:val="Footer Char"/>
    <w:basedOn w:val="DefaultParagraphFont"/>
    <w:link w:val="Footer"/>
    <w:uiPriority w:val="99"/>
    <w:rsid w:val="00E618B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6" Type="http://schemas.openxmlformats.org/officeDocument/2006/relationships/webSettings" Target="webSettings.xml"/><Relationship Id="rId7" Type="http://schemas.openxmlformats.org/officeDocument/2006/relationships/fontTable" Target="fontTable.xml"/><Relationship Id="rId8"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F278816-EC6F-A645-907D-7F25AECB1D4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0</Words>
  <Characters>0</Characters>
  <Application>Microsoft Macintosh Word</Application>
  <DocSecurity>0</DocSecurity>
  <Lines>0</Lines>
  <Paragraphs>0</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0</CharactersWithSpaces>
  <SharedDoc>false</SharedDoc>
  <HyperlinkBase/>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python-docx</dc:creator>
  <cp:keywords/>
  <dc:description>generated by python-docx</dc:description>
  <cp:lastModifiedBy/>
  <cp:revision>1</cp:revision>
  <dcterms:created xsi:type="dcterms:W3CDTF">2013-12-23T23:15:00Z</dcterms:created>
  <dcterms:modified xsi:type="dcterms:W3CDTF">2013-12-23T23:15:00Z</dcterms:modified>
  <cp:category/>
</cp:coreProperties>
</file>